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Despliegue RBAC a produccion</w:t>
      </w:r>
    </w:p>
    <w:p>
      <w:r>
        <w:rPr>
          <w:i/>
        </w:rPr>
        <w:t>CRM Eneon — permisos jerarquicos por menu</w:t>
      </w:r>
    </w:p>
    <w:p>
      <w:r>
        <w:t>Referencia: 2 de octubre de 2026. Procedimiento ya validado en QA.</w:t>
      </w:r>
    </w:p>
    <w:p>
      <w:pPr>
        <w:pStyle w:val="Heading1"/>
      </w:pPr>
      <w:r>
        <w:t>1. Que se despliega</w:t>
      </w:r>
    </w:p>
    <w:p>
      <w:r>
        <w:t>Este cambio activa el control de acceso por rol y por subopcion de menu (paquete spatie/laravel-permission). Cada pantalla tiene permisos propios de acceso y de accion. Configuracion ya no abre todas las cargas: cada una tiene Acceder, Ejecutar y Descargar por separado.</w:t>
      </w:r>
    </w:p>
    <w:p>
      <w:r>
        <w:t>El orden de este documento es obligatorio. Saltarse un paso reproduce los errores ya vistos en QA.</w:t>
      </w:r>
    </w:p>
    <w:p>
      <w:pPr>
        <w:pStyle w:val="Heading1"/>
      </w:pPr>
      <w:r>
        <w:t>2. Datos que hay que tener a mano</w:t>
      </w:r>
    </w:p>
    <w:p>
      <w:pPr>
        <w:pStyle w:val="ListBullet"/>
      </w:pPr>
      <w:r>
        <w:t>Ruta del proyecto en el servidor. El log de QA apunto a /var/www/html/eneon.es. Confirma la ruta real de produccion antes de empezar y usala en todos los comandos.</w:t>
      </w:r>
    </w:p>
    <w:p>
      <w:pPr>
        <w:pStyle w:val="ListBullet"/>
      </w:pPr>
      <w:r>
        <w:t>Usuario y nombre de la base de datos de produccion (DB_USERNAME y DB_DATABASE del .env de produccion).</w:t>
      </w:r>
    </w:p>
    <w:p>
      <w:pPr>
        <w:pStyle w:val="ListBullet"/>
      </w:pPr>
      <w:r>
        <w:t>Id del usuario super administrador en esa base. El script grant_all_permissions_user_1.sql usa id = 1. Si en produccion es otro, hay que cambiarlo antes de ejecutarlo.</w:t>
      </w:r>
    </w:p>
    <w:p>
      <w:pPr>
        <w:pStyle w:val="ListBullet"/>
      </w:pPr>
      <w:r>
        <w:t>Copia de seguridad de la base hecha justo antes del despliegue.</w:t>
      </w:r>
    </w:p>
    <w:p>
      <w:pPr>
        <w:pStyle w:val="Heading1"/>
      </w:pPr>
      <w:r>
        <w:t>3. Que copiar al servidor</w:t>
      </w:r>
    </w:p>
    <w:p>
      <w:r>
        <w:t>El servidor no usa git. Se copia el codigo ya compilado. No copies node_modules ni vendor desde tu PC.</w:t>
      </w:r>
    </w:p>
    <w:p>
      <w:pPr>
        <w:pStyle w:val="ListBullet"/>
      </w:pPr>
      <w:r>
        <w:t>Codigo de aplicacion: carpetas app, routes, resources, database, mas composer.json y composer.lock.</w:t>
      </w:r>
    </w:p>
    <w:p>
      <w:pPr>
        <w:pStyle w:val="ListBullet"/>
      </w:pPr>
      <w:r>
        <w:t>La carpeta public/build completa, generada con npm run build. No basta el codigo fuente de React.</w:t>
      </w:r>
    </w:p>
    <w:p>
      <w:pPr>
        <w:pStyle w:val="ListBullet"/>
      </w:pPr>
      <w:r>
        <w:t>No copies public/hot. Si ese archivo queda en el servidor, el navegador intenta cargar Vite en el puerto 5173 y la pagina sale en blanco.</w:t>
      </w:r>
    </w:p>
    <w:p>
      <w:pPr>
        <w:pStyle w:val="ListBullet"/>
      </w:pPr>
      <w:r>
        <w:t>No sustituyas el .env de produccion.</w:t>
      </w:r>
    </w:p>
    <w:p>
      <w:pPr>
        <w:pStyle w:val="Heading1"/>
      </w:pPr>
      <w:r>
        <w:t>4. Respaldo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cd /var/www/html/eneon.es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mysqldump -u USUARIO -p BASE_PRODUCCION &gt; /root/backup_rbac_$(date +%Y%m%d_%H%M).sql</w:t>
      </w:r>
    </w:p>
    <w:p>
      <w:r>
        <w:rPr>
          <w:b/>
        </w:rPr>
        <w:t xml:space="preserve">Importante. </w:t>
      </w:r>
      <w:r>
        <w:t>No continues si el dump falla o el archivo queda en 0 bytes.</w:t>
      </w:r>
    </w:p>
    <w:p>
      <w:pPr>
        <w:pStyle w:val="Heading1"/>
      </w:pPr>
      <w:r>
        <w:t>5. Dependencia Spatie</w:t>
      </w:r>
    </w:p>
    <w:p>
      <w:r>
        <w:t>Sin este paquete aparecen a la vez estos errores: Target class Spatie\Permission\Middleware\PermissionMiddleware does not exist, y Trait Spatie\Permission\Traits\HasRoles not found.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cd /var/www/html/eneon.es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grep -c "spatie/laravel-permission" composer.json composer.lock</w:t>
      </w:r>
    </w:p>
    <w:p>
      <w:r>
        <w:t>Los dos numeros tienen que ser mayores que 0. Si alguno es 0, falta composer.json o composer.lock: subelos y repite.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COMPOSER_MEMORY_LIMIT=-1 composer install --no-dev --optimize-autoloader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ls vendor/spatie/laravel-permission/src/Middleware/PermissionMiddleware.php</w:t>
      </w:r>
    </w:p>
    <w:p>
      <w:r>
        <w:t>Ese ls tiene que mostrar el archivo. Si no existe, composer install no termino bien.</w:t>
      </w:r>
    </w:p>
    <w:p>
      <w:pPr>
        <w:pStyle w:val="Heading1"/>
      </w:pPr>
      <w:r>
        <w:t>6. Tablas de permisos</w:t>
      </w:r>
    </w:p>
    <w:p>
      <w:r>
        <w:t>Comprueba si la base ya tiene las tablas de Spatie: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php artisan tinker --execute="echo Schema::hasTable('permissions') ? 'SPATIE_OK' : 'FALTAN_TABLAS';"</w:t>
      </w:r>
    </w:p>
    <w:p>
      <w:r>
        <w:t>Si sale FALTAN_TABLAS, crea solo esa migracion: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php artisan migrate --path=database/migrations/2025_04_23_183703_create_permission_tables.php --force</w:t>
      </w:r>
    </w:p>
    <w:p>
      <w:r>
        <w:t>Si sale SPATIE_OK, no ejecutes php artisan migrate a ciegas. En produccion un migrate general puede chocar con migraciones viejas.</w:t>
      </w:r>
    </w:p>
    <w:p>
      <w:pPr>
        <w:pStyle w:val="Heading1"/>
      </w:pPr>
      <w:r>
        <w:t>7. Scripts SQL, en este orden</w:t>
      </w:r>
    </w:p>
    <w:p>
      <w:r>
        <w:t>Sustituye USUARIO y BASE por los de produccion. Los scripts son idempotentes: repetirlos no duplica datos.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cd /var/www/html/eneon.es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mysql -u USUARIO -p BASE &lt; database/scripts/rbac/01_seed_rbac_catalog.sql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mysql -u USUARIO -p BASE &lt; database/scripts/rbac/02_add_revoked_permissions_column.sql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mysql -u USUARIO -p BASE &lt; database/scripts/rbac/03_migrate_hierarchical_permissions.sql</w:t>
      </w:r>
    </w:p>
    <w:p>
      <w:r>
        <w:t>Que hace cada uno:</w:t>
      </w:r>
    </w:p>
    <w:p>
      <w:pPr>
        <w:pStyle w:val="ListBullet"/>
      </w:pPr>
      <w:r>
        <w:t>01_seed_rbac_catalog.sql: inserta los permisos, los 6 roles (super_admin, admin, user, colaborador, prescriptor, comercializadora), la matriz de cada rol y vincula cada usuario segun la columna users.role.</w:t>
      </w:r>
    </w:p>
    <w:p>
      <w:pPr>
        <w:pStyle w:val="ListBullet"/>
      </w:pPr>
      <w:r>
        <w:t>02_add_revoked_permissions_column.sql: anade la columna users.revoked_permissions. Si ya existe, no hace nada.</w:t>
      </w:r>
    </w:p>
    <w:p>
      <w:pPr>
        <w:pStyle w:val="ListBullet"/>
      </w:pPr>
      <w:r>
        <w:t>03_migrate_hierarchical_permissions.sql: anade los permisos por subopcion (cada carga masiva, cada flujo de contrato, main.view y tarifas.delete) y convierte los permisos antiguos para que nadie pierda el acceso que ya tenia.</w:t>
      </w:r>
    </w:p>
    <w:p>
      <w:pPr>
        <w:pStyle w:val="Heading1"/>
      </w:pPr>
      <w:r>
        <w:t>8. Super administrador</w:t>
      </w:r>
    </w:p>
    <w:p>
      <w:r>
        <w:t>Abre grant_all_permissions_user_1.sql y confirma la linea SET @user_id := 1. Cambiala si el super admin de produccion tiene otro id. Luego: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mysql -u USUARIO -p BASE &lt; database/scripts/rbac/grant_all_permissions_user_1.sql</w:t>
      </w:r>
    </w:p>
    <w:p>
      <w:r>
        <w:rPr>
          <w:b/>
        </w:rPr>
        <w:t xml:space="preserve">Importante. </w:t>
      </w:r>
      <w:r>
        <w:t>Este script borra y rehace las asignaciones de ESE usuario. No lo ejecutes con un id que no sea el super administrador.</w:t>
      </w:r>
    </w:p>
    <w:p>
      <w:r>
        <w:t>Ademas pone users.role = super_admin e is_active = 1. El menu y el acceso total dependen de esa columna, no solo de las tablas de Spatie.</w:t>
      </w:r>
    </w:p>
    <w:p>
      <w:pPr>
        <w:pStyle w:val="Heading1"/>
      </w:pPr>
      <w:r>
        <w:t>9. Cache y archivo hot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rm -f public/hot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ls -la public/build/manifest.json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php artisan optimize:clear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php artisan permission:cache-reset</w:t>
      </w:r>
    </w:p>
    <w:p>
      <w:r>
        <w:t>manifest.json tiene que existir. Si no esta, falta public/build: copia esa carpeta compilada y repite estos cuatro comandos.</w:t>
      </w:r>
    </w:p>
    <w:p>
      <w:pPr>
        <w:pStyle w:val="Heading1"/>
      </w:pPr>
      <w:r>
        <w:t>10. Comprobacion en base de datos</w:t>
      </w:r>
    </w:p>
    <w:p>
      <w:pPr>
        <w:spacing w:before="40" w:after="40"/>
        <w:ind w:left="227"/>
        <w:shd w:val="clear" w:color="auto" w:fill="F3F4F6"/>
      </w:pPr>
      <w:r>
        <w:rPr>
          <w:rFonts w:ascii="Consolas" w:hAnsi="Consolas"/>
          <w:sz w:val="18"/>
        </w:rPr>
        <w:t>php artisan tinker --execute="echo 'permisos='.Spatie\Permission\Models\Permission::count().PHP_EOL; echo 'cargas='.Spatie\Permission\Models\Permission::where('name','like','bulk-import.%.view')-&gt;count().PHP_EOL;"</w:t>
      </w:r>
    </w:p>
    <w:p>
      <w:r>
        <w:t>Resultado esperado: permisos = 116 y cargas = 5.</w:t>
      </w:r>
    </w:p>
    <w:p>
      <w:pPr>
        <w:pStyle w:val="ListBullet"/>
      </w:pPr>
      <w:r>
        <w:t>Si permisos es 0, el script 01 no se ejecuto contra esta base.</w:t>
      </w:r>
    </w:p>
    <w:p>
      <w:pPr>
        <w:pStyle w:val="ListBullet"/>
      </w:pPr>
      <w:r>
        <w:t>Si cargas es 0, falta el script 03.</w:t>
      </w:r>
    </w:p>
    <w:p>
      <w:pPr>
        <w:pStyle w:val="ListBullet"/>
      </w:pPr>
      <w:r>
        <w:t>Un usuario sin rol valido en users.role no vera menu. Valores validos: super_admin, admin, user, colaborador, prescriptor, comercializadora. Corrige la columna y vuelve a ejecutar solo el script 01.</w:t>
      </w:r>
    </w:p>
    <w:p>
      <w:pPr>
        <w:pStyle w:val="Heading1"/>
      </w:pPr>
      <w:r>
        <w:t>11. Prueba en el navegador</w:t>
      </w:r>
    </w:p>
    <w:p>
      <w:pPr>
        <w:pStyle w:val="ListBullet"/>
      </w:pPr>
      <w:r>
        <w:t>Abre el login en una ventana de incognito. No debe haber peticiones a localhost puerto 5173.</w:t>
      </w:r>
    </w:p>
    <w:p>
      <w:pPr>
        <w:pStyle w:val="ListBullet"/>
      </w:pPr>
      <w:r>
        <w:t>Entra con el super administrador. Debe llegar a la pantalla principal, sin error 500.</w:t>
      </w:r>
    </w:p>
    <w:p>
      <w:pPr>
        <w:pStyle w:val="ListBullet"/>
      </w:pPr>
      <w:r>
        <w:t>Edita un usuario que no sea super_admin. La matriz debe mostrar secciones, una descripcion por opcion y los estados Heredado, Adicional y Revocado.</w:t>
      </w:r>
    </w:p>
    <w:p>
      <w:pPr>
        <w:pStyle w:val="ListBullet"/>
      </w:pPr>
      <w:r>
        <w:t>En Configuracion cada carga es independiente: clientes, CUPS electricos, CUPS gas, puntos de suministro y Global Audax. Cada una con Acceder, Ejecutar carga y Descargar.</w:t>
      </w:r>
    </w:p>
    <w:p>
      <w:pPr>
        <w:pStyle w:val="ListBullet"/>
      </w:pPr>
      <w:r>
        <w:t>Quita a un usuario de prueba todas las cargas menos Cargar Global Audax. Al entrar con ese usuario, Configuracion solo debe mostrar esa opcion.</w:t>
      </w:r>
    </w:p>
    <w:p>
      <w:pPr>
        <w:pStyle w:val="ListBullet"/>
      </w:pPr>
      <w:r>
        <w:t>Ese usuario, si escribe a mano la URL de otra carga, debe recibir 403.</w:t>
      </w:r>
    </w:p>
    <w:p>
      <w:pPr>
        <w:pStyle w:val="Heading1"/>
      </w:pPr>
      <w:r>
        <w:t>12. Errores ya vistos y su arreglo</w:t>
      </w:r>
    </w:p>
    <w:p>
      <w:r>
        <w:rPr>
          <w:b/>
        </w:rPr>
        <w:t xml:space="preserve">Peticiones a http://[::1]:5173 con ERR_CONNECTION_REFUSED. </w:t>
      </w:r>
      <w:r/>
    </w:p>
    <w:p>
      <w:r>
        <w:t>Causa: existe public/hot o no se copio public/build. Arreglo: borrar public/hot, confirmar public/build/manifest.json, php artisan optimize:clear y recargar con Ctrl+F5.</w:t>
      </w:r>
    </w:p>
    <w:p>
      <w:r>
        <w:rPr>
          <w:b/>
        </w:rPr>
        <w:t xml:space="preserve">PermissionMiddleware does not exist, o HasRoles not found. </w:t>
      </w:r>
      <w:r/>
    </w:p>
    <w:p>
      <w:r>
        <w:t>Causa: vendor sin spatie/laravel-permission. Arreglo: copiar composer.json y composer.lock, luego composer install --no-dev --optimize-autoloader.</w:t>
      </w:r>
    </w:p>
    <w:p>
      <w:r>
        <w:rPr>
          <w:b/>
        </w:rPr>
        <w:t xml:space="preserve">Login correcto y despues pantalla en blanco o sin menu. </w:t>
      </w:r>
      <w:r/>
    </w:p>
    <w:p>
      <w:r>
        <w:t>Causa habitual: users.role vacio o invalido, scripts 01 o 03 sin ejecutar, o cache de permisos vieja. Arreglo: revisar users.role, repetir los SQL en orden y php artisan permission:cache-reset.</w:t>
      </w:r>
    </w:p>
    <w:p>
      <w:r>
        <w:rPr>
          <w:b/>
        </w:rPr>
        <w:t xml:space="preserve">Al super administrador no se le pueden quitar accesos. </w:t>
      </w:r>
      <w:r/>
    </w:p>
    <w:p>
      <w:r>
        <w:t>Es el comportamiento previsto. Ese rol tiene acceso total siempre. Las revocaciones se prueban con otro rol.</w:t>
      </w:r>
    </w:p>
    <w:p>
      <w:pPr>
        <w:pStyle w:val="Heading1"/>
      </w:pPr>
      <w:r>
        <w:t>13. Orden del dia del pase</w:t>
      </w:r>
    </w:p>
    <w:p>
      <w:pPr>
        <w:pStyle w:val="ListNumber"/>
      </w:pPr>
      <w:r>
        <w:t>mysqldump de la base de produccion.</w:t>
      </w:r>
    </w:p>
    <w:p>
      <w:pPr>
        <w:pStyle w:val="ListNumber"/>
      </w:pPr>
      <w:r>
        <w:t>Copiar codigo, composer.json, composer.lock y public/build. No copiar public/hot, .env, vendor ni node_modules.</w:t>
      </w:r>
    </w:p>
    <w:p>
      <w:pPr>
        <w:pStyle w:val="ListNumber"/>
      </w:pPr>
      <w:r>
        <w:t>rm -f public/hot</w:t>
      </w:r>
    </w:p>
    <w:p>
      <w:pPr>
        <w:pStyle w:val="ListNumber"/>
      </w:pPr>
      <w:r>
        <w:t>composer install --no-dev --optimize-autoloader</w:t>
      </w:r>
    </w:p>
    <w:p>
      <w:pPr>
        <w:pStyle w:val="ListNumber"/>
      </w:pPr>
      <w:r>
        <w:t>Confirmar que existe vendor/spatie/laravel-permission.</w:t>
      </w:r>
    </w:p>
    <w:p>
      <w:pPr>
        <w:pStyle w:val="ListNumber"/>
      </w:pPr>
      <w:r>
        <w:t>Confirmar tablas Spatie (SPATIE_OK). Si faltan, migrar solo create_permission_tables.</w:t>
      </w:r>
    </w:p>
    <w:p>
      <w:pPr>
        <w:pStyle w:val="ListNumber"/>
      </w:pPr>
      <w:r>
        <w:t>mysql del script 01_seed_rbac_catalog.sql</w:t>
      </w:r>
    </w:p>
    <w:p>
      <w:pPr>
        <w:pStyle w:val="ListNumber"/>
      </w:pPr>
      <w:r>
        <w:t>mysql del script 02_add_revoked_permissions_column.sql</w:t>
      </w:r>
    </w:p>
    <w:p>
      <w:pPr>
        <w:pStyle w:val="ListNumber"/>
      </w:pPr>
      <w:r>
        <w:t>mysql del script 03_migrate_hierarchical_permissions.sql</w:t>
      </w:r>
    </w:p>
    <w:p>
      <w:pPr>
        <w:pStyle w:val="ListNumber"/>
      </w:pPr>
      <w:r>
        <w:t>Ajustar @user_id si hace falta y mysql de grant_all_permissions_user_1.sql</w:t>
      </w:r>
    </w:p>
    <w:p>
      <w:pPr>
        <w:pStyle w:val="ListNumber"/>
      </w:pPr>
      <w:r>
        <w:t>php artisan optimize:clear y php artisan permission:cache-reset</w:t>
      </w:r>
    </w:p>
    <w:p>
      <w:pPr>
        <w:pStyle w:val="ListNumber"/>
      </w:pPr>
      <w:r>
        <w:t>Comprobar permisos=116 y cargas=5</w:t>
      </w:r>
    </w:p>
    <w:p>
      <w:pPr>
        <w:pStyle w:val="ListNumber"/>
      </w:pPr>
      <w:r>
        <w:t>Probar login, menu y un usuario con un solo submenu.</w:t>
      </w:r>
    </w:p>
    <w:p>
      <w:pPr>
        <w:pStyle w:val="Heading1"/>
      </w:pPr>
      <w:r>
        <w:t>14. Que no hacer</w:t>
      </w:r>
    </w:p>
    <w:p>
      <w:pPr>
        <w:pStyle w:val="ListBullet"/>
      </w:pPr>
      <w:r>
        <w:t>No ejecutar php artisan migrate sin una ruta concreta en produccion.</w:t>
      </w:r>
    </w:p>
    <w:p>
      <w:pPr>
        <w:pStyle w:val="ListBullet"/>
      </w:pPr>
      <w:r>
        <w:t>No borrar a mano filas de permissions, roles, model_has_roles ni model_has_permissions.</w:t>
      </w:r>
    </w:p>
    <w:p>
      <w:pPr>
        <w:pStyle w:val="ListBullet"/>
      </w:pPr>
      <w:r>
        <w:t>No correr npm run dev en el servidor.</w:t>
      </w:r>
    </w:p>
    <w:p>
      <w:pPr>
        <w:pStyle w:val="ListBullet"/>
      </w:pPr>
      <w:r>
        <w:t>No dejar el archivo public/hot en el servidor.</w:t>
      </w:r>
    </w:p>
    <w:p>
      <w:pPr>
        <w:pStyle w:val="ListBullet"/>
      </w:pPr>
      <w:r>
        <w:t>No usar el .env de QA en produccion.</w:t>
      </w:r>
    </w:p>
    <w:p>
      <w:r>
        <w:rPr>
          <w:i/>
        </w:rPr>
        <w:t>Fin del procedimiento. Los scripts estan en database/scripts/rbac/.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